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URSA AVUKATLIK | Av. Halil İbrahim Uygur</w:t>
      </w:r>
    </w:p>
    <w:p>
      <w:pPr>
        <w:jc w:val="center"/>
      </w:pPr>
      <w:r>
        <w:rPr>
          <w:sz w:val="18"/>
        </w:rPr>
        <w:t>Panayır Mah. İstanbul Cad. No:387, Biçen Plaza Kat:10 D:69, Osmangazi / Bursa | 0530 830 34 06 | bilgi@ursaavukatlik.com</w:t>
      </w:r>
    </w:p>
    <w:p>
      <w:r>
        <w:rPr>
          <w:i/>
          <w:sz w:val="18"/>
        </w:rPr>
        <w:t>Kaza tespit tutanağına itiraz dilekçesi örnekleri. Metinler temsilidir; köşeli parantez içindeki alanlar dosyanıza göre doldurulur. Maddi hasarlı kazada taraflarca doldurulan tutanağa itiraz, kusur oranının bildirilmesinden itibaren beş iş günü içinde ve bir defaya mahsus yapılır.</w:t>
      </w:r>
    </w:p>
    <w:p>
      <w:pPr>
        <w:jc w:val="center"/>
      </w:pPr>
      <w:r>
        <w:rPr>
          <w:b/>
          <w:sz w:val="24"/>
        </w:rPr>
        <w:t>ÖRNEK 1 — MADDI HASARLI TRAFIK KAZASI TESPIT TUTANAĞINA İTIRAZ DILEKÇESI ÖRNEĞI</w:t>
      </w:r>
    </w:p>
    <w:p>
      <w:pPr>
        <w:spacing w:after="40"/>
      </w:pPr>
      <w:r>
        <w:t>[SİGORTA ŞİRKETİ ADI]</w:t>
      </w:r>
    </w:p>
    <w:p>
      <w:pPr>
        <w:spacing w:after="40"/>
      </w:pPr>
      <w:r>
        <w:t>HASAR BİRİMİNE</w:t>
      </w:r>
    </w:p>
    <w:p>
      <w:pPr>
        <w:spacing w:after="40"/>
      </w:pPr>
      <w:r>
        <w:t>İTİRAZ EDEN    : [Ad Soyad] - [T.C. Kimlik No]</w:t>
      </w:r>
    </w:p>
    <w:p>
      <w:pPr>
        <w:spacing w:after="40"/>
      </w:pPr>
      <w:r>
        <w:t>PLAKA          : [Plaka]</w:t>
      </w:r>
    </w:p>
    <w:p>
      <w:pPr>
        <w:spacing w:after="40"/>
      </w:pPr>
      <w:r>
        <w:t>POLİÇE NO      : [Poliçe No]</w:t>
      </w:r>
    </w:p>
    <w:p>
      <w:pPr>
        <w:spacing w:after="40"/>
      </w:pPr>
      <w:r>
        <w:t>KAZA TARİHİ    : [Tarih]</w:t>
      </w:r>
    </w:p>
    <w:p>
      <w:pPr>
        <w:spacing w:after="40"/>
      </w:pPr>
      <w:r>
        <w:t>HASAR DOSYA NO : [Numara]</w:t>
      </w:r>
    </w:p>
    <w:p>
      <w:pPr>
        <w:spacing w:after="40"/>
      </w:pPr>
      <w:r>
        <w:rPr>
          <w:b/>
        </w:rPr>
        <w:t>KONU : Bildirilen kusur oranının yeniden değerlendirilmesi</w:t>
      </w:r>
    </w:p>
    <w:p>
      <w:pPr>
        <w:spacing w:after="40"/>
      </w:pPr>
      <w:r>
        <w:t>talebimdir.</w:t>
      </w:r>
    </w:p>
    <w:p>
      <w:pPr>
        <w:spacing w:after="40"/>
      </w:pPr>
      <w:r>
        <w:rPr>
          <w:b/>
        </w:rPr>
        <w:t>AÇIKLAMALAR :</w:t>
      </w:r>
    </w:p>
    <w:p>
      <w:pPr>
        <w:spacing w:after="40"/>
      </w:pPr>
      <w:r>
        <w:t>1. [Tarih] tarihli kazaya ilişkin kusur oranı tarafıma [Tarih]</w:t>
      </w:r>
    </w:p>
    <w:p>
      <w:pPr>
        <w:spacing w:after="40"/>
      </w:pPr>
      <w:r>
        <w:t>tarihinde bildirilmiştir; başvurum beş iş günlük süre içindedir.</w:t>
      </w:r>
    </w:p>
    <w:p>
      <w:pPr>
        <w:spacing w:after="40"/>
      </w:pPr>
      <w:r>
        <w:t>2. Değerlendirmede [itiraz edilen tespit] esas alınmıştır. Bu tespit</w:t>
      </w:r>
    </w:p>
    <w:p>
      <w:pPr>
        <w:spacing w:after="40"/>
      </w:pPr>
      <w:r>
        <w:t>gerçeği yansıtmamaktadır.</w:t>
      </w:r>
    </w:p>
    <w:p>
      <w:pPr>
        <w:spacing w:after="40"/>
      </w:pPr>
      <w:r>
        <w:t>3. Kazanın gerçek oluş şekli şudur: [açıklama].</w:t>
      </w:r>
    </w:p>
    <w:p>
      <w:pPr>
        <w:spacing w:after="40"/>
      </w:pPr>
      <w:r>
        <w:t>4. Değerlendirmeye etki edecek ilave deliller: [delil listesi]. Söz</w:t>
      </w:r>
    </w:p>
    <w:p>
      <w:pPr>
        <w:spacing w:after="40"/>
      </w:pPr>
      <w:r>
        <w:t>konusu deliller [hangi tespiti çürüttüğü] hususunu ortaya koymaktadır.</w:t>
      </w:r>
    </w:p>
    <w:p>
      <w:pPr>
        <w:spacing w:after="40"/>
      </w:pPr>
      <w:r>
        <w:rPr>
          <w:b/>
        </w:rPr>
        <w:t>SONUÇ : Kusur oranının ilave belgeler ışığında yeniden</w:t>
      </w:r>
    </w:p>
    <w:p>
      <w:pPr>
        <w:spacing w:after="40"/>
      </w:pPr>
      <w:r>
        <w:t>değerlendirilmesini talep ederim.</w:t>
      </w:r>
    </w:p>
    <w:p>
      <w:pPr>
        <w:spacing w:after="40"/>
      </w:pPr>
      <w:r>
        <w:t>[Tarih] - [İmza]</w:t>
      </w:r>
    </w:p>
    <w:p>
      <w:pPr>
        <w:spacing w:after="40"/>
      </w:pPr>
      <w:r>
        <w:rPr>
          <w:b/>
        </w:rPr>
        <w:t>EKLER : [Belge listesi]</w:t>
      </w:r>
    </w:p>
    <w:p>
      <w:r>
        <w:br w:type="page"/>
      </w:r>
    </w:p>
    <w:p>
      <w:pPr>
        <w:jc w:val="center"/>
      </w:pPr>
      <w:r>
        <w:rPr>
          <w:b/>
          <w:sz w:val="24"/>
        </w:rPr>
        <w:t>ÖRNEK 2 — SBM KUSUR ORANI İTIRAZ DILEKÇESI ÖRNEĞI</w:t>
      </w:r>
    </w:p>
    <w:p>
      <w:pPr>
        <w:spacing w:after="40"/>
      </w:pPr>
      <w:r>
        <w:t>SİGORTA BİLGİ VE GÖZETİM MERKEZİ</w:t>
      </w:r>
    </w:p>
    <w:p>
      <w:pPr>
        <w:spacing w:after="40"/>
      </w:pPr>
      <w:r>
        <w:t>TUTANAK DEĞERLENDİRME KOMİSYONUNA</w:t>
      </w:r>
    </w:p>
    <w:p>
      <w:pPr>
        <w:spacing w:after="40"/>
      </w:pPr>
      <w:r>
        <w:t>İTİRAZ EDEN     : [Ad Soyad] - [T.C. Kimlik No]</w:t>
      </w:r>
    </w:p>
    <w:p>
      <w:pPr>
        <w:spacing w:after="40"/>
      </w:pPr>
      <w:r>
        <w:t>PLAKA           : [Plaka]</w:t>
      </w:r>
    </w:p>
    <w:p>
      <w:pPr>
        <w:spacing w:after="40"/>
      </w:pPr>
      <w:r>
        <w:t>KAZA TARİHİ     : [Tarih]</w:t>
      </w:r>
    </w:p>
    <w:p>
      <w:pPr>
        <w:spacing w:after="40"/>
      </w:pPr>
      <w:r>
        <w:t>SİGORTA ŞİRKETİ : [İki aracın ortak sigortacısı]</w:t>
      </w:r>
    </w:p>
    <w:p>
      <w:pPr>
        <w:spacing w:after="40"/>
      </w:pPr>
      <w:r>
        <w:rPr>
          <w:b/>
        </w:rPr>
        <w:t>KONU : Sigorta şirketinin kusur değerlendirmesine itirazımdır.</w:t>
      </w:r>
    </w:p>
    <w:p>
      <w:pPr>
        <w:spacing w:after="40"/>
      </w:pPr>
      <w:r>
        <w:rPr>
          <w:b/>
        </w:rPr>
        <w:t>AÇIKLAMALAR :</w:t>
      </w:r>
    </w:p>
    <w:p>
      <w:pPr>
        <w:spacing w:after="40"/>
      </w:pPr>
      <w:r>
        <w:t>1. Kazaya karışan iki aracın zorunlu trafik sigortası [Şirket adı]</w:t>
      </w:r>
    </w:p>
    <w:p>
      <w:pPr>
        <w:spacing w:after="40"/>
      </w:pPr>
      <w:r>
        <w:t>nezdindedir. Şirketin kusur değerlendirmesi tarafıma [Tarih]</w:t>
      </w:r>
    </w:p>
    <w:p>
      <w:pPr>
        <w:spacing w:after="40"/>
      </w:pPr>
      <w:r>
        <w:t>tarihinde iletilmiştir.</w:t>
      </w:r>
    </w:p>
    <w:p>
      <w:pPr>
        <w:spacing w:after="40"/>
      </w:pPr>
      <w:r>
        <w:t>2. Değerlendirmede [itiraz edilen tespit] esas alınmıştır. Bu tespit</w:t>
      </w:r>
    </w:p>
    <w:p>
      <w:pPr>
        <w:spacing w:after="40"/>
      </w:pPr>
      <w:r>
        <w:t>gerçeği yansıtmamaktadır.</w:t>
      </w:r>
    </w:p>
    <w:p>
      <w:pPr>
        <w:spacing w:after="40"/>
      </w:pPr>
      <w:r>
        <w:t>3. Kazanın gerçek oluş şekli şudur: [açıklama].</w:t>
      </w:r>
    </w:p>
    <w:p>
      <w:pPr>
        <w:spacing w:after="40"/>
      </w:pPr>
      <w:r>
        <w:t>4. İddiamı destekleyen deliller: [delil listesi].</w:t>
      </w:r>
    </w:p>
    <w:p>
      <w:pPr>
        <w:spacing w:after="40"/>
      </w:pPr>
      <w:r>
        <w:rPr>
          <w:b/>
        </w:rPr>
        <w:t>SONUÇ : Kusur değerlendirmesinin Komisyonca yeniden yapılmasını</w:t>
      </w:r>
    </w:p>
    <w:p>
      <w:pPr>
        <w:spacing w:after="40"/>
      </w:pPr>
      <w:r>
        <w:t>talep ederim.</w:t>
      </w:r>
    </w:p>
    <w:p>
      <w:pPr>
        <w:spacing w:after="40"/>
      </w:pPr>
      <w:r>
        <w:t>[Tarih] - [İmza]</w:t>
      </w:r>
    </w:p>
    <w:p>
      <w:pPr>
        <w:spacing w:after="40"/>
      </w:pPr>
      <w:r>
        <w:rPr>
          <w:b/>
        </w:rPr>
        <w:t>EKLER : [Belge listesi]</w:t>
      </w:r>
    </w:p>
    <w:p>
      <w:r>
        <w:br w:type="page"/>
      </w:r>
    </w:p>
    <w:p>
      <w:pPr>
        <w:jc w:val="center"/>
      </w:pPr>
      <w:r>
        <w:rPr>
          <w:b/>
          <w:sz w:val="24"/>
        </w:rPr>
        <w:t>ÖRNEK 3 — POLISIN TUTTUĞU MADDI HASARLI TRAFIK KAZASI TESPIT TUTANAĞINA İTIRAZ</w:t>
      </w:r>
    </w:p>
    <w:p>
      <w:pPr>
        <w:spacing w:after="40"/>
      </w:pPr>
      <w:r>
        <w:t>[KARŞI TARAFIN SİGORTA ŞİRKETİ ADI]</w:t>
      </w:r>
    </w:p>
    <w:p>
      <w:pPr>
        <w:spacing w:after="40"/>
      </w:pPr>
      <w:r>
        <w:t>HASAR BİRİMİNE</w:t>
      </w:r>
    </w:p>
    <w:p>
      <w:pPr>
        <w:spacing w:after="40"/>
      </w:pPr>
      <w:r>
        <w:t>BAŞVURAN     : [Ad Soyad] - [T.C. Kimlik No]</w:t>
      </w:r>
    </w:p>
    <w:p>
      <w:pPr>
        <w:spacing w:after="40"/>
      </w:pPr>
      <w:r>
        <w:t>PLAKA        : [Plaka]</w:t>
      </w:r>
    </w:p>
    <w:p>
      <w:pPr>
        <w:spacing w:after="40"/>
      </w:pPr>
      <w:r>
        <w:t>KARŞI ARAÇ   : [Plaka] - [Poliçe No]</w:t>
      </w:r>
    </w:p>
    <w:p>
      <w:pPr>
        <w:spacing w:after="40"/>
      </w:pPr>
      <w:r>
        <w:t>KAZA TARİHİ  : [Tarih]</w:t>
      </w:r>
    </w:p>
    <w:p>
      <w:pPr>
        <w:spacing w:after="40"/>
      </w:pPr>
      <w:r>
        <w:t>TUTANAK      : [Kolluk birimi] tarafından düzenlenen [Tarih]</w:t>
      </w:r>
    </w:p>
    <w:p>
      <w:pPr>
        <w:spacing w:after="40"/>
      </w:pPr>
      <w:r>
        <w:t>tarihli trafik kazası tespit tutanağı</w:t>
      </w:r>
    </w:p>
    <w:p>
      <w:pPr>
        <w:spacing w:after="40"/>
      </w:pPr>
      <w:r>
        <w:rPr>
          <w:b/>
        </w:rPr>
        <w:t>KONU : 2918 sayılı Kanun'un 97. maddesi uyarınca başvuru ve</w:t>
      </w:r>
    </w:p>
    <w:p>
      <w:pPr>
        <w:spacing w:after="40"/>
      </w:pPr>
      <w:r>
        <w:t>kusur değerlendirmesine itirazımdır.</w:t>
      </w:r>
    </w:p>
    <w:p>
      <w:pPr>
        <w:spacing w:after="40"/>
      </w:pPr>
      <w:r>
        <w:rPr>
          <w:b/>
        </w:rPr>
        <w:t>AÇIKLAMALAR :</w:t>
      </w:r>
    </w:p>
    <w:p>
      <w:pPr>
        <w:spacing w:after="40"/>
      </w:pPr>
      <w:r>
        <w:t>1. Kolluk tutanağında [itiraz edilen tespit] şeklinde kayıt</w:t>
      </w:r>
    </w:p>
    <w:p>
      <w:pPr>
        <w:spacing w:after="40"/>
      </w:pPr>
      <w:r>
        <w:t>bulunmaktadır. Kayıt olayın oluşuna aykırıdır.</w:t>
      </w:r>
    </w:p>
    <w:p>
      <w:pPr>
        <w:spacing w:after="40"/>
      </w:pPr>
      <w:r>
        <w:t>2. Olayın gerçek oluş şekli: [açıklama].</w:t>
      </w:r>
    </w:p>
    <w:p>
      <w:pPr>
        <w:spacing w:after="40"/>
      </w:pPr>
      <w:r>
        <w:t>3. Deliller: [kamera kaydı, fotoğraf, tanık bilgisi].</w:t>
      </w:r>
    </w:p>
    <w:p>
      <w:pPr>
        <w:spacing w:after="40"/>
      </w:pPr>
      <w:r>
        <w:t>4. Zararım: [hasar kalemleri ve belgeleri].</w:t>
      </w:r>
    </w:p>
    <w:p>
      <w:pPr>
        <w:spacing w:after="40"/>
      </w:pPr>
      <w:r>
        <w:rPr>
          <w:b/>
        </w:rPr>
        <w:t>SONUÇ : Kusur değerlendirmesinin delillerim ışığında yeniden</w:t>
      </w:r>
    </w:p>
    <w:p>
      <w:pPr>
        <w:spacing w:after="40"/>
      </w:pPr>
      <w:r>
        <w:t>yapılmasını ve zararımın ödenmesini talep ederim.</w:t>
      </w:r>
    </w:p>
    <w:p>
      <w:pPr>
        <w:spacing w:after="40"/>
      </w:pPr>
      <w:r>
        <w:t>[Tarih] - [İmza]</w:t>
      </w:r>
    </w:p>
    <w:p>
      <w:pPr>
        <w:spacing w:after="40"/>
      </w:pPr>
      <w:r>
        <w:rPr>
          <w:b/>
        </w:rPr>
        <w:t>EKLER : [Belge listesi]</w:t>
      </w:r>
    </w:p>
    <w:p>
      <w:r>
        <w:br w:type="page"/>
      </w:r>
    </w:p>
    <w:p>
      <w:pPr>
        <w:jc w:val="center"/>
      </w:pPr>
      <w:r>
        <w:rPr>
          <w:b/>
          <w:sz w:val="24"/>
        </w:rPr>
        <w:t>ÖRNEK 4 — YARALAMALI TRAFIK KAZASI TESPIT TUTANAĞINA İTIRAZ DILEKÇE ÖRNEĞI</w:t>
      </w:r>
    </w:p>
    <w:p>
      <w:pPr>
        <w:spacing w:after="40"/>
      </w:pPr>
      <w:r>
        <w:t>[İL] CUMHURİYET BAŞSAVCILIĞINA</w:t>
      </w:r>
    </w:p>
    <w:p>
      <w:pPr>
        <w:spacing w:after="40"/>
      </w:pPr>
      <w:r>
        <w:t>BAŞVURAN     : [Ad Soyad] - [T.C. Kimlik No]</w:t>
      </w:r>
    </w:p>
    <w:p>
      <w:pPr>
        <w:spacing w:after="40"/>
      </w:pPr>
      <w:r>
        <w:t>SORUŞTURMA NO: [Numara]</w:t>
      </w:r>
    </w:p>
    <w:p>
      <w:pPr>
        <w:spacing w:after="40"/>
      </w:pPr>
      <w:r>
        <w:rPr>
          <w:b/>
        </w:rPr>
        <w:t>KONU         : Kaza tespit tutanağındaki tespitlere itiraz ve</w:t>
      </w:r>
    </w:p>
    <w:p>
      <w:pPr>
        <w:spacing w:after="40"/>
      </w:pPr>
      <w:r>
        <w:t>delil toplanması talebi.</w:t>
      </w:r>
    </w:p>
    <w:p>
      <w:pPr>
        <w:spacing w:after="40"/>
      </w:pPr>
      <w:r>
        <w:rPr>
          <w:b/>
        </w:rPr>
        <w:t>AÇIKLAMALAR :</w:t>
      </w:r>
    </w:p>
    <w:p>
      <w:pPr>
        <w:spacing w:after="40"/>
      </w:pPr>
      <w:r>
        <w:t>1. [Tarih] tarihinde [yer] adresinde meydana gelen kaza nedeniyle</w:t>
      </w:r>
    </w:p>
    <w:p>
      <w:pPr>
        <w:spacing w:after="40"/>
      </w:pPr>
      <w:r>
        <w:t>soruşturma yürütülmektedir.</w:t>
      </w:r>
    </w:p>
    <w:p>
      <w:pPr>
        <w:spacing w:after="40"/>
      </w:pPr>
      <w:r>
        <w:t>2. Kolluk tutanağında [itiraz edilen tespit] şeklinde kayıt</w:t>
      </w:r>
    </w:p>
    <w:p>
      <w:pPr>
        <w:spacing w:after="40"/>
      </w:pPr>
      <w:r>
        <w:t>bulunmaktadır. Tespit gerçeğe aykırıdır.</w:t>
      </w:r>
    </w:p>
    <w:p>
      <w:pPr>
        <w:spacing w:after="40"/>
      </w:pPr>
      <w:r>
        <w:t>3. Olayın gerçek oluş şekli: [açıklama].</w:t>
      </w:r>
    </w:p>
    <w:p>
      <w:pPr>
        <w:spacing w:after="40"/>
      </w:pPr>
      <w:r>
        <w:t>4. Talep ettiğim işlemler: olay yeri keşfi yapılması, [adres]</w:t>
      </w:r>
    </w:p>
    <w:p>
      <w:pPr>
        <w:spacing w:after="40"/>
      </w:pPr>
      <w:r>
        <w:t>adresindeki kamera kaydının celbi, tanık [ad] beyanının alınması</w:t>
      </w:r>
    </w:p>
    <w:p>
      <w:pPr>
        <w:spacing w:after="40"/>
      </w:pPr>
      <w:r>
        <w:t>ve uzman bilirkişi incelemesi yaptırılması.</w:t>
      </w:r>
    </w:p>
    <w:p>
      <w:pPr>
        <w:spacing w:after="40"/>
      </w:pPr>
      <w:r>
        <w:rPr>
          <w:b/>
        </w:rPr>
        <w:t>SONUÇ : Yukarıdaki taleplerimin karşılanmasını arz ederim.</w:t>
      </w:r>
    </w:p>
    <w:p>
      <w:pPr>
        <w:spacing w:after="40"/>
      </w:pPr>
      <w:r>
        <w:t>[Tarih] - [İmza]</w:t>
      </w:r>
    </w:p>
    <w:p>
      <w:pPr>
        <w:spacing w:after="40"/>
      </w:pPr>
      <w:r>
        <w:rPr>
          <w:b/>
        </w:rPr>
        <w:t>EKLER : [Belge listesi]</w:t>
      </w:r>
    </w:p>
    <w:p>
      <w:r>
        <w:br w:type="page"/>
      </w:r>
    </w:p>
    <w:p>
      <w:pPr>
        <w:jc w:val="center"/>
      </w:pPr>
      <w:r>
        <w:rPr>
          <w:b/>
          <w:sz w:val="24"/>
        </w:rPr>
        <w:t>ÖRNEK 5 — BILIRKIŞI RAPORUNDAKI KUSUR ORANINA İTIRAZ DILEKÇESI</w:t>
      </w:r>
    </w:p>
    <w:p>
      <w:pPr>
        <w:spacing w:after="40"/>
      </w:pPr>
      <w:r>
        <w:t>[İL] [NO] ASLİYE HUKUK MAHKEMESİNE</w:t>
      </w:r>
    </w:p>
    <w:p>
      <w:pPr>
        <w:spacing w:after="40"/>
      </w:pPr>
      <w:r>
        <w:t>DOSYA NO : [Esas No]</w:t>
      </w:r>
    </w:p>
    <w:p>
      <w:pPr>
        <w:spacing w:after="40"/>
      </w:pPr>
      <w:r>
        <w:t>DAVACI   : [Ad Soyad]</w:t>
      </w:r>
    </w:p>
    <w:p>
      <w:pPr>
        <w:spacing w:after="40"/>
      </w:pPr>
      <w:r>
        <w:rPr>
          <w:b/>
        </w:rPr>
        <w:t>KONU     : Bilirkişi raporuna itirazlarımızdır.</w:t>
      </w:r>
    </w:p>
    <w:p>
      <w:pPr>
        <w:spacing w:after="40"/>
      </w:pPr>
      <w:r>
        <w:rPr>
          <w:b/>
        </w:rPr>
        <w:t>AÇIKLAMALAR :</w:t>
      </w:r>
    </w:p>
    <w:p>
      <w:pPr>
        <w:spacing w:after="40"/>
      </w:pPr>
      <w:r>
        <w:t>1. [Tarih] tarihli bilirkişi raporu tarafıma [Tarih] tarihinde</w:t>
      </w:r>
    </w:p>
    <w:p>
      <w:pPr>
        <w:spacing w:after="40"/>
      </w:pPr>
      <w:r>
        <w:t>tebliğ edilmiştir.</w:t>
      </w:r>
    </w:p>
    <w:p>
      <w:pPr>
        <w:spacing w:after="40"/>
      </w:pPr>
      <w:r>
        <w:t>2. Raporda [itiraz edilen değerlendirme] sonucuna varılmıştır.</w:t>
      </w:r>
    </w:p>
    <w:p>
      <w:pPr>
        <w:spacing w:after="40"/>
      </w:pPr>
      <w:r>
        <w:t>Değerlendirme dosyadaki [delil] ile çelişmektedir.</w:t>
      </w:r>
    </w:p>
    <w:p>
      <w:pPr>
        <w:spacing w:after="40"/>
      </w:pPr>
      <w:r>
        <w:t>3. Rapor, [gözden kaçırılan delil] hususunu hiç incelememiştir.</w:t>
      </w:r>
    </w:p>
    <w:p>
      <w:pPr>
        <w:spacing w:after="40"/>
      </w:pPr>
      <w:r>
        <w:t>4. Rapor denetime elverişli değildir; [eksiklik] yönünden</w:t>
      </w:r>
    </w:p>
    <w:p>
      <w:pPr>
        <w:spacing w:after="40"/>
      </w:pPr>
      <w:r>
        <w:t>gerekçe içermemektedir.</w:t>
      </w:r>
    </w:p>
    <w:p>
      <w:pPr>
        <w:spacing w:after="40"/>
      </w:pPr>
      <w:r>
        <w:rPr>
          <w:b/>
        </w:rPr>
        <w:t>SONUÇ : Ek rapor alınmasını, aksi halde yeni bir bilirkişi</w:t>
      </w:r>
    </w:p>
    <w:p>
      <w:pPr>
        <w:spacing w:after="40"/>
      </w:pPr>
      <w:r>
        <w:t>heyetinden rapor alınmasını talep ederim.</w:t>
      </w:r>
    </w:p>
    <w:p>
      <w:pPr>
        <w:spacing w:after="40"/>
      </w:pPr>
      <w:r>
        <w:t>[Tarih] - [İmza]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